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[Cidade], [data]</w:t>
      </w:r>
    </w:p>
    <w:p>
      <w:r>
        <w:t>[Destinatário]</w:t>
        <w:br/>
        <w:t>[Empresa]</w:t>
      </w:r>
    </w:p>
    <w:p>
      <w:pPr>
        <w:pStyle w:val="Heading1"/>
      </w:pPr>
      <w:r>
        <w:t>[Assunto]</w:t>
      </w:r>
    </w:p>
    <w:p>
      <w:r>
        <w:t>[Escreva aqui o conteúdo da comunicação.]</w:t>
      </w:r>
    </w:p>
    <w:p>
      <w:r>
        <w:t>Atenciosamente,</w:t>
        <w:br/>
        <w:br/>
        <w:t>[Nome]</w:t>
        <w:br/>
        <w:t>[Cargo]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656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[Endereço]  ·  [E-mail]  ·  [Telefone]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645920" cy="30723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lattform-horizontal-marin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920" cy="30723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